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417320" cy="14155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1704(2).jpeg"/>
                    <pic:cNvPicPr/>
                  </pic:nvPicPr>
                  <pic:blipFill>
                    <a:blip r:embed="rId9"/>
                    <a:srcRect l="3000" r="3000" t="3000" b="3000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5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0" w:after="20" w:line="240" w:lineRule="auto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/>
          <w:b/>
          <w:color w:val="000000"/>
          <w:sz w:val="34"/>
        </w:rPr>
        <w:t>Volunteer Interest Questionnaire</w:t>
      </w:r>
    </w:p>
    <w:p>
      <w:pPr>
        <w:spacing w:before="0" w:after="100" w:line="240" w:lineRule="auto"/>
        <w:jc w:val="center"/>
      </w:pPr>
      <w:r>
        <w:rPr>
          <w:rFonts w:ascii="Arial" w:hAnsi="Arial"/>
          <w:b w:val="0"/>
          <w:color w:val="000000"/>
          <w:sz w:val="19"/>
        </w:rPr>
        <w:t>Thank you for your interest in volunteering. Your answers will help us find the right opportunity for you.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285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Name: ____________________________________</w:t>
            </w:r>
          </w:p>
        </w:tc>
        <w:tc>
          <w:tcPr>
            <w:tcW w:type="dxa" w:w="5285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Phone: ___________________________________</w:t>
            </w:r>
          </w:p>
        </w:tc>
      </w:tr>
      <w:tr>
        <w:tc>
          <w:tcPr>
            <w:tcW w:type="dxa" w:w="5285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Email: ____________________________________</w:t>
            </w:r>
          </w:p>
        </w:tc>
        <w:tc>
          <w:tcPr>
            <w:tcW w:type="dxa" w:w="5285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Preferred contact:  ☐ Call   ☐ Text   ☐ Email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/>
          <w:b/>
          <w:color w:val="000000"/>
          <w:sz w:val="21"/>
        </w:rPr>
        <w:t>ABOUT YOU</w:t>
      </w:r>
    </w:p>
    <w:p>
      <w:pPr>
        <w:spacing w:before="0" w:after="20" w:line="240" w:lineRule="auto"/>
      </w:pPr>
      <w:r>
        <w:rPr>
          <w:rFonts w:ascii="Arial" w:hAnsi="Arial"/>
          <w:b/>
          <w:color w:val="000000"/>
          <w:sz w:val="21"/>
        </w:rPr>
        <w:t>Why would you like to volunteer with RWO?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21"/>
        </w:rPr>
        <w:t>____________________________________________________________________________________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21"/>
        </w:rPr>
        <w:t>____________________________________________________________________________________</w:t>
      </w:r>
    </w:p>
    <w:p>
      <w:pPr>
        <w:spacing w:before="0" w:after="20" w:line="240" w:lineRule="auto"/>
      </w:pPr>
      <w:r>
        <w:rPr>
          <w:rFonts w:ascii="Arial" w:hAnsi="Arial"/>
          <w:b/>
          <w:color w:val="000000"/>
          <w:sz w:val="21"/>
        </w:rPr>
        <w:t>What skills or experience would you like to share?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21"/>
        </w:rPr>
        <w:t>____________________________________________________________________________________</w:t>
      </w:r>
    </w:p>
    <w:p>
      <w:pPr>
        <w:spacing w:before="100" w:after="40" w:line="240" w:lineRule="auto"/>
      </w:pPr>
      <w:r>
        <w:rPr>
          <w:rFonts w:ascii="Arial" w:hAnsi="Arial"/>
          <w:b/>
          <w:color w:val="000000"/>
          <w:sz w:val="21"/>
        </w:rPr>
        <w:t>VOLUNTEER INTERESTS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99"/>
        <w:gridCol w:w="3499"/>
        <w:gridCol w:w="3499"/>
      </w:tblGrid>
      <w:tr>
        <w:tc>
          <w:tcPr>
            <w:tcW w:type="dxa" w:w="3523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DIRECT SUPPORT</w:t>
            </w:r>
          </w:p>
        </w:tc>
        <w:tc>
          <w:tcPr>
            <w:tcW w:type="dxa" w:w="3523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PRACTICAL HELP</w:t>
            </w:r>
          </w:p>
        </w:tc>
        <w:tc>
          <w:tcPr>
            <w:tcW w:type="dxa" w:w="3523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OUTREACH AND EVENTS</w:t>
            </w:r>
          </w:p>
        </w:tc>
      </w:tr>
      <w:tr>
        <w:tc>
          <w:tcPr>
            <w:tcW w:type="dxa" w:w="3523"/>
            <w:vAlign w:val="center"/>
            <w:tcMar>
              <w:top w:w="80" w:type="dxa"/>
              <w:start w:w="120" w:type="dxa"/>
              <w:bottom w:w="70" w:type="dxa"/>
              <w:end w:w="100" w:type="dxa"/>
            </w:tcMar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Working with women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Teaching a class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Transportation</w:t>
            </w:r>
          </w:p>
        </w:tc>
        <w:tc>
          <w:tcPr>
            <w:tcW w:type="dxa" w:w="3523"/>
            <w:vAlign w:val="center"/>
            <w:tcMar>
              <w:top w:w="80" w:type="dxa"/>
              <w:start w:w="120" w:type="dxa"/>
              <w:bottom w:w="70" w:type="dxa"/>
              <w:end w:w="100" w:type="dxa"/>
            </w:tcMar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Office help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Donations or meals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Yardwork or repairs</w:t>
            </w:r>
          </w:p>
        </w:tc>
        <w:tc>
          <w:tcPr>
            <w:tcW w:type="dxa" w:w="3523"/>
            <w:vAlign w:val="center"/>
            <w:tcMar>
              <w:top w:w="80" w:type="dxa"/>
              <w:start w:w="120" w:type="dxa"/>
              <w:bottom w:w="70" w:type="dxa"/>
              <w:end w:w="100" w:type="dxa"/>
            </w:tcMar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Events or fundraising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Social media or photos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Wherever needed</w:t>
            </w:r>
          </w:p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☐ Other: ______________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/>
          <w:b/>
          <w:color w:val="000000"/>
          <w:sz w:val="21"/>
        </w:rPr>
        <w:t>AVAILABILITY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89"/>
        <w:gridCol w:w="8309"/>
      </w:tblGrid>
      <w:tr>
        <w:tc>
          <w:tcPr>
            <w:tcW w:type="dxa" w:w="5285"/>
            <w:vAlign w:val="center"/>
            <w:tcMar>
              <w:top w:w="60" w:type="dxa"/>
              <w:start w:w="100" w:type="dxa"/>
              <w:bottom w:w="60" w:type="dxa"/>
              <w:end w:w="80" w:type="dxa"/>
            </w:tcMar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Days available</w:t>
            </w:r>
          </w:p>
        </w:tc>
        <w:tc>
          <w:tcPr>
            <w:tcW w:type="dxa" w:w="5285"/>
            <w:vAlign w:val="center"/>
            <w:tcMar>
              <w:top w:w="60" w:type="dxa"/>
              <w:start w:w="110" w:type="dxa"/>
              <w:bottom w:w="6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☐ Mon    ☐ Tue    ☐ Wed    ☐ Thu    ☐ Fri    ☐ Sat    ☐ Sun</w:t>
            </w:r>
          </w:p>
        </w:tc>
      </w:tr>
      <w:tr>
        <w:tc>
          <w:tcPr>
            <w:tcW w:type="dxa" w:w="5285"/>
            <w:vAlign w:val="center"/>
            <w:tcMar>
              <w:top w:w="60" w:type="dxa"/>
              <w:start w:w="100" w:type="dxa"/>
              <w:bottom w:w="60" w:type="dxa"/>
              <w:end w:w="80" w:type="dxa"/>
            </w:tcMar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Time of day</w:t>
            </w:r>
          </w:p>
        </w:tc>
        <w:tc>
          <w:tcPr>
            <w:tcW w:type="dxa" w:w="5285"/>
            <w:vAlign w:val="center"/>
            <w:tcMar>
              <w:top w:w="60" w:type="dxa"/>
              <w:start w:w="110" w:type="dxa"/>
              <w:bottom w:w="6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☐ Morning        ☐ Afternoon        ☐ Evening        ☐ Flexible</w:t>
            </w:r>
          </w:p>
        </w:tc>
      </w:tr>
      <w:tr>
        <w:tc>
          <w:tcPr>
            <w:tcW w:type="dxa" w:w="5285"/>
            <w:vAlign w:val="center"/>
            <w:tcMar>
              <w:top w:w="60" w:type="dxa"/>
              <w:start w:w="100" w:type="dxa"/>
              <w:bottom w:w="60" w:type="dxa"/>
              <w:end w:w="80" w:type="dxa"/>
            </w:tcMar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Time available</w:t>
            </w:r>
          </w:p>
        </w:tc>
        <w:tc>
          <w:tcPr>
            <w:tcW w:type="dxa" w:w="5285"/>
            <w:vAlign w:val="center"/>
            <w:tcMar>
              <w:top w:w="60" w:type="dxa"/>
              <w:start w:w="110" w:type="dxa"/>
              <w:bottom w:w="6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☐ One time    ☐ A few hours monthly    ☐ One day monthly</w:t>
              <w:br/>
              <w:t>☐ Weekly      ☐ Events only                 ☐ Other: ______________</w:t>
            </w:r>
          </w:p>
        </w:tc>
      </w:tr>
      <w:tr>
        <w:tc>
          <w:tcPr>
            <w:tcW w:type="dxa" w:w="5285"/>
            <w:vAlign w:val="center"/>
            <w:tcMar>
              <w:top w:w="60" w:type="dxa"/>
              <w:start w:w="100" w:type="dxa"/>
              <w:bottom w:w="60" w:type="dxa"/>
              <w:end w:w="80" w:type="dxa"/>
            </w:tcMar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Preferred schedule</w:t>
            </w:r>
          </w:p>
        </w:tc>
        <w:tc>
          <w:tcPr>
            <w:tcW w:type="dxa" w:w="5285"/>
            <w:vAlign w:val="center"/>
            <w:tcMar>
              <w:top w:w="60" w:type="dxa"/>
              <w:start w:w="110" w:type="dxa"/>
              <w:bottom w:w="6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☐ Regular                 ☐ Occasional                 ☐ Either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/>
          <w:b/>
          <w:color w:val="000000"/>
          <w:sz w:val="21"/>
        </w:rPr>
        <w:t>NEXT STEPS</w:t>
      </w:r>
    </w:p>
    <w:p>
      <w:pPr>
        <w:spacing w:before="0" w:after="40" w:line="252" w:lineRule="auto"/>
      </w:pPr>
      <w:r>
        <w:rPr>
          <w:rFonts w:ascii="Arial" w:hAnsi="Arial"/>
          <w:b w:val="0"/>
          <w:color w:val="000000"/>
          <w:sz w:val="19"/>
        </w:rPr>
        <w:t xml:space="preserve">Some roles may require orientation, confidentiality training or a background check. Are you willing to complete these if needed?  </w:t>
      </w:r>
      <w:r>
        <w:rPr>
          <w:rFonts w:ascii="Arial" w:hAnsi="Arial"/>
          <w:b w:val="0"/>
          <w:color w:val="000000"/>
          <w:sz w:val="19"/>
        </w:rPr>
        <w:t>☐ Yes   ☐ No   ☐ More information</w:t>
      </w:r>
    </w:p>
    <w:p>
      <w:pPr>
        <w:spacing w:before="0" w:after="20" w:line="240" w:lineRule="auto"/>
      </w:pPr>
      <w:r>
        <w:rPr>
          <w:rFonts w:ascii="Arial" w:hAnsi="Arial"/>
          <w:b/>
          <w:color w:val="000000"/>
          <w:sz w:val="20"/>
        </w:rPr>
        <w:t xml:space="preserve">Anything else you would like us to know? </w:t>
      </w:r>
      <w:r>
        <w:rPr>
          <w:rFonts w:ascii="Arial" w:hAnsi="Arial"/>
          <w:b w:val="0"/>
          <w:color w:val="000000"/>
          <w:sz w:val="20"/>
        </w:rPr>
        <w:t>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____________________________________________________________________________________</w:t>
      </w:r>
    </w:p>
    <w:p>
      <w:pPr>
        <w:spacing w:before="40" w:after="60" w:line="240" w:lineRule="auto"/>
      </w:pPr>
      <w:r>
        <w:rPr>
          <w:rFonts w:ascii="Arial" w:hAnsi="Arial"/>
          <w:b w:val="0"/>
          <w:color w:val="000000"/>
          <w:sz w:val="20"/>
        </w:rPr>
        <w:t>Signature: ___________________________________    Date: __________________</w:t>
      </w:r>
    </w:p>
    <w:p>
      <w:pPr>
        <w:spacing w:before="40" w:after="0" w:line="240" w:lineRule="auto"/>
        <w:jc w:val="center"/>
      </w:pPr>
      <w:r>
        <w:rPr>
          <w:rFonts w:ascii="Arial" w:hAnsi="Arial"/>
          <w:b/>
          <w:color w:val="A51E2D"/>
          <w:sz w:val="18"/>
        </w:rPr>
        <w:t>RWOAlabama.org  |  Restoring lives and families</w:t>
      </w:r>
    </w:p>
    <w:sectPr w:rsidR="00FC693F" w:rsidRPr="0006063C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